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DB31C" w14:textId="77777777" w:rsidR="00DD55C0" w:rsidRDefault="00295851">
      <w:pPr>
        <w:jc w:val="center"/>
      </w:pPr>
      <w:r>
        <w:rPr>
          <w:b/>
          <w:sz w:val="36"/>
        </w:rPr>
        <w:t>THULASIRAMAN S</w:t>
      </w:r>
    </w:p>
    <w:p w14:paraId="04CD12F1" w14:textId="43AE8449" w:rsidR="00DD55C0" w:rsidRDefault="00295851">
      <w:pPr>
        <w:jc w:val="center"/>
      </w:pPr>
      <w:r>
        <w:rPr>
          <w:sz w:val="19"/>
        </w:rPr>
        <w:t>Dindigul, India | 9751212425 | thulasiram</w:t>
      </w:r>
      <w:r w:rsidR="00CE1A07">
        <w:rPr>
          <w:sz w:val="19"/>
        </w:rPr>
        <w:t>a</w:t>
      </w:r>
      <w:r>
        <w:rPr>
          <w:sz w:val="19"/>
        </w:rPr>
        <w:t>ns10@gmail.com</w:t>
      </w:r>
    </w:p>
    <w:p w14:paraId="4A5C4BE4" w14:textId="77777777" w:rsidR="00DD55C0" w:rsidRDefault="00295851">
      <w:pPr>
        <w:pBdr>
          <w:bottom w:val="single" w:sz="6" w:space="1" w:color="1F4E79"/>
        </w:pBdr>
        <w:spacing w:before="160" w:after="60"/>
      </w:pPr>
      <w:r>
        <w:rPr>
          <w:b/>
          <w:color w:val="1F4E79"/>
          <w:sz w:val="22"/>
        </w:rPr>
        <w:t>PROFESSIONAL SUMMARY</w:t>
      </w:r>
    </w:p>
    <w:p w14:paraId="51D84756" w14:textId="77777777" w:rsidR="00DD55C0" w:rsidRDefault="00295851">
      <w:pPr>
        <w:spacing w:after="60"/>
      </w:pPr>
      <w:r>
        <w:t xml:space="preserve">Experienced sales and channel management professional with 10 years of experience in agricultural equipment, portable generators, product demonstrations, dealer development, territory management, and business development. Skilled in building dealer networks, managing channel relationships, explaining technical products, supporting customer requirements, and expanding market coverage across Tamil Nadu. Managed 47 dealers at Honda India Power Products and 18 dealers at Perfect House. Appointed 14 new dealers </w:t>
      </w:r>
      <w:r>
        <w:t>across Tamil Nadu within one year and received the Best Performer Award twice.</w:t>
      </w:r>
    </w:p>
    <w:p w14:paraId="7135A274" w14:textId="77777777" w:rsidR="00DD55C0" w:rsidRDefault="00295851">
      <w:pPr>
        <w:pBdr>
          <w:bottom w:val="single" w:sz="6" w:space="1" w:color="1F4E79"/>
        </w:pBdr>
        <w:spacing w:before="160" w:after="60"/>
      </w:pPr>
      <w:r>
        <w:rPr>
          <w:b/>
          <w:color w:val="1F4E79"/>
          <w:sz w:val="22"/>
        </w:rPr>
        <w:t>PROFESSIONAL EXPERIENCE</w:t>
      </w:r>
    </w:p>
    <w:p w14:paraId="31A631C7" w14:textId="77777777" w:rsidR="00DD55C0" w:rsidRDefault="00295851">
      <w:pPr>
        <w:spacing w:before="80" w:after="0"/>
      </w:pPr>
      <w:r>
        <w:rPr>
          <w:b/>
          <w:sz w:val="21"/>
        </w:rPr>
        <w:t>Area Sales Manager</w:t>
      </w:r>
      <w:r>
        <w:rPr>
          <w:i/>
        </w:rPr>
        <w:t xml:space="preserve"> | Perfect House Pvt. Ltd. — Mumbai</w:t>
      </w:r>
    </w:p>
    <w:p w14:paraId="4FD08006" w14:textId="77777777" w:rsidR="00DD55C0" w:rsidRDefault="00295851">
      <w:pPr>
        <w:spacing w:after="40"/>
      </w:pPr>
      <w:r>
        <w:rPr>
          <w:b/>
          <w:sz w:val="19"/>
        </w:rPr>
        <w:t>August 2025 – Present</w:t>
      </w:r>
    </w:p>
    <w:p w14:paraId="0CCC5321" w14:textId="77777777" w:rsidR="00DD55C0" w:rsidRDefault="00295851">
      <w:pPr>
        <w:pStyle w:val="ListBullet"/>
        <w:spacing w:after="20"/>
        <w:ind w:left="288" w:hanging="173"/>
      </w:pPr>
      <w:r>
        <w:t>Manage dealer development and channel sales activities across Tamil Nadu.</w:t>
      </w:r>
    </w:p>
    <w:p w14:paraId="159DD083" w14:textId="77777777" w:rsidR="00DD55C0" w:rsidRDefault="00295851">
      <w:pPr>
        <w:pStyle w:val="ListBullet"/>
        <w:spacing w:after="20"/>
        <w:ind w:left="288" w:hanging="173"/>
      </w:pPr>
      <w:r>
        <w:t>Manage relationships with 18 dealers and channel partners.</w:t>
      </w:r>
    </w:p>
    <w:p w14:paraId="6254FBEB" w14:textId="77777777" w:rsidR="00DD55C0" w:rsidRDefault="00295851">
      <w:pPr>
        <w:pStyle w:val="ListBullet"/>
        <w:spacing w:after="20"/>
        <w:ind w:left="288" w:hanging="173"/>
      </w:pPr>
      <w:r>
        <w:t>Appointed 14 new dealers across Tamil Nadu within one year.</w:t>
      </w:r>
    </w:p>
    <w:p w14:paraId="71514767" w14:textId="77777777" w:rsidR="00DD55C0" w:rsidRDefault="00295851">
      <w:pPr>
        <w:pStyle w:val="ListBullet"/>
        <w:spacing w:after="20"/>
        <w:ind w:left="288" w:hanging="173"/>
      </w:pPr>
      <w:r>
        <w:t>Identify new business opportunities and expand territory coverage.</w:t>
      </w:r>
    </w:p>
    <w:p w14:paraId="562D1CDF" w14:textId="77777777" w:rsidR="00DD55C0" w:rsidRDefault="00295851">
      <w:pPr>
        <w:pStyle w:val="ListBullet"/>
        <w:spacing w:after="20"/>
        <w:ind w:left="288" w:hanging="173"/>
      </w:pPr>
      <w:r>
        <w:t>Coordinate with dealers to understand customer requirements and improve sales performance.</w:t>
      </w:r>
    </w:p>
    <w:p w14:paraId="1BB98AEE" w14:textId="77777777" w:rsidR="00DD55C0" w:rsidRDefault="00295851">
      <w:pPr>
        <w:pStyle w:val="ListBullet"/>
        <w:spacing w:after="20"/>
        <w:ind w:left="288" w:hanging="173"/>
      </w:pPr>
      <w:r>
        <w:t>Monitor dealer performance and provide sales support, product guidance, and business assistance.</w:t>
      </w:r>
    </w:p>
    <w:p w14:paraId="38137FDD" w14:textId="39674031" w:rsidR="00DD55C0" w:rsidRDefault="00295851">
      <w:pPr>
        <w:pStyle w:val="ListBullet"/>
        <w:spacing w:after="20"/>
        <w:ind w:left="288" w:hanging="173"/>
      </w:pPr>
      <w:r>
        <w:t>Achieved monthly sales growth through dealer development and market expansion.</w:t>
      </w:r>
    </w:p>
    <w:p w14:paraId="5F1D0BFD" w14:textId="77777777" w:rsidR="00DD55C0" w:rsidRDefault="00295851">
      <w:pPr>
        <w:pStyle w:val="ListBullet"/>
        <w:spacing w:after="20"/>
        <w:ind w:left="288" w:hanging="173"/>
      </w:pPr>
      <w:r>
        <w:t>Handle agricultural equipment and portable generator products.</w:t>
      </w:r>
    </w:p>
    <w:p w14:paraId="7861C66B" w14:textId="77777777" w:rsidR="00DD55C0" w:rsidRDefault="00295851">
      <w:pPr>
        <w:spacing w:before="80" w:after="0"/>
      </w:pPr>
      <w:r>
        <w:rPr>
          <w:b/>
          <w:sz w:val="21"/>
        </w:rPr>
        <w:t>Sales – Product Demonstrator</w:t>
      </w:r>
      <w:r>
        <w:rPr>
          <w:i/>
        </w:rPr>
        <w:t xml:space="preserve"> | Honda India Power Products Ltd. — Chennai</w:t>
      </w:r>
    </w:p>
    <w:p w14:paraId="5A05EB15" w14:textId="77777777" w:rsidR="00DD55C0" w:rsidRDefault="00295851">
      <w:pPr>
        <w:spacing w:after="40"/>
      </w:pPr>
      <w:r>
        <w:rPr>
          <w:b/>
          <w:sz w:val="19"/>
        </w:rPr>
        <w:t>June 2016 – August 2025</w:t>
      </w:r>
    </w:p>
    <w:p w14:paraId="30187A58" w14:textId="77777777" w:rsidR="00DD55C0" w:rsidRDefault="00295851">
      <w:pPr>
        <w:pStyle w:val="ListBullet"/>
        <w:spacing w:after="20"/>
        <w:ind w:left="288" w:hanging="173"/>
      </w:pPr>
      <w:r>
        <w:t>Managed and supported a network of 47 dealers across Tamil Nadu.</w:t>
      </w:r>
    </w:p>
    <w:p w14:paraId="361A4328" w14:textId="77777777" w:rsidR="00DD55C0" w:rsidRDefault="00295851">
      <w:pPr>
        <w:pStyle w:val="ListBullet"/>
        <w:spacing w:after="20"/>
        <w:ind w:left="288" w:hanging="173"/>
      </w:pPr>
      <w:r>
        <w:t>Conducted product demonstrations for dealers, customers, and prospective buyers.</w:t>
      </w:r>
    </w:p>
    <w:p w14:paraId="288F306C" w14:textId="77777777" w:rsidR="00DD55C0" w:rsidRDefault="00295851">
      <w:pPr>
        <w:pStyle w:val="ListBullet"/>
        <w:spacing w:after="20"/>
        <w:ind w:left="288" w:hanging="173"/>
      </w:pPr>
      <w:r>
        <w:t>Explained product features, benefits, applications, operating procedures, and maintenance requirements.</w:t>
      </w:r>
    </w:p>
    <w:p w14:paraId="18415F60" w14:textId="77777777" w:rsidR="00DD55C0" w:rsidRDefault="00295851">
      <w:pPr>
        <w:pStyle w:val="ListBullet"/>
        <w:spacing w:after="20"/>
        <w:ind w:left="288" w:hanging="173"/>
      </w:pPr>
      <w:r>
        <w:t>Supported dealers in product presentations and customer conversion activities.</w:t>
      </w:r>
    </w:p>
    <w:p w14:paraId="1EF4ABEF" w14:textId="77777777" w:rsidR="00DD55C0" w:rsidRDefault="00295851">
      <w:pPr>
        <w:pStyle w:val="ListBullet"/>
        <w:spacing w:after="20"/>
        <w:ind w:left="288" w:hanging="173"/>
      </w:pPr>
      <w:r>
        <w:t>Helped customers select suitable products based on their applications and requirements.</w:t>
      </w:r>
    </w:p>
    <w:p w14:paraId="2B74C34C" w14:textId="77777777" w:rsidR="00DD55C0" w:rsidRDefault="00295851">
      <w:pPr>
        <w:pStyle w:val="ListBullet"/>
        <w:spacing w:after="20"/>
        <w:ind w:left="288" w:hanging="173"/>
      </w:pPr>
      <w:r>
        <w:t>Built strong relationships with dealers, channel partners, and customers.</w:t>
      </w:r>
    </w:p>
    <w:p w14:paraId="3974FB6C" w14:textId="77777777" w:rsidR="00DD55C0" w:rsidRDefault="00295851">
      <w:pPr>
        <w:pStyle w:val="ListBullet"/>
        <w:spacing w:after="20"/>
        <w:ind w:left="288" w:hanging="173"/>
      </w:pPr>
      <w:r>
        <w:t>Supported territory sales, dealer development, market coverage, and customer service activities.</w:t>
      </w:r>
    </w:p>
    <w:p w14:paraId="57DE3CA5" w14:textId="77777777" w:rsidR="00DD55C0" w:rsidRDefault="00295851">
      <w:pPr>
        <w:pStyle w:val="ListBullet"/>
        <w:spacing w:after="20"/>
        <w:ind w:left="288" w:hanging="173"/>
      </w:pPr>
      <w:r>
        <w:t>Consistently contributed to monthly sales growth of approximately 10%–30%.</w:t>
      </w:r>
    </w:p>
    <w:p w14:paraId="03C95AB0" w14:textId="77777777" w:rsidR="00DD55C0" w:rsidRDefault="00295851">
      <w:pPr>
        <w:pStyle w:val="ListBullet"/>
        <w:spacing w:after="20"/>
        <w:ind w:left="288" w:hanging="173"/>
      </w:pPr>
      <w:r>
        <w:t>Received the Best Performer Award twice for strong performance and contribution to sales activities.</w:t>
      </w:r>
    </w:p>
    <w:p w14:paraId="5EA8D61F" w14:textId="77777777" w:rsidR="00DD55C0" w:rsidRDefault="00295851">
      <w:pPr>
        <w:pStyle w:val="ListBullet"/>
        <w:spacing w:after="20"/>
        <w:ind w:left="288" w:hanging="173"/>
      </w:pPr>
      <w:r>
        <w:t>Handled portable generators, water pumps, tillers, engines, lawn mowers, brush cutters, and agricultural power equipment.</w:t>
      </w:r>
    </w:p>
    <w:p w14:paraId="0E2B4858" w14:textId="77777777" w:rsidR="00DD55C0" w:rsidRDefault="00295851">
      <w:pPr>
        <w:pBdr>
          <w:bottom w:val="single" w:sz="6" w:space="1" w:color="1F4E79"/>
        </w:pBdr>
        <w:spacing w:before="160" w:after="60"/>
      </w:pPr>
      <w:r>
        <w:rPr>
          <w:b/>
          <w:color w:val="1F4E79"/>
          <w:sz w:val="22"/>
        </w:rPr>
        <w:t>KEY ACHIEVEMENTS</w:t>
      </w:r>
    </w:p>
    <w:p w14:paraId="2D830CB8" w14:textId="77777777" w:rsidR="00DD55C0" w:rsidRDefault="00295851">
      <w:pPr>
        <w:pStyle w:val="ListBullet"/>
        <w:spacing w:after="20"/>
        <w:ind w:left="288" w:hanging="173"/>
      </w:pPr>
      <w:r>
        <w:t>Appointed 14 new dealers across Tamil Nadu within one year.</w:t>
      </w:r>
    </w:p>
    <w:p w14:paraId="178BC3E4" w14:textId="635AE001" w:rsidR="00DD55C0" w:rsidRDefault="00295851">
      <w:pPr>
        <w:pStyle w:val="ListBullet"/>
        <w:spacing w:after="20"/>
        <w:ind w:left="288" w:hanging="173"/>
      </w:pPr>
      <w:r>
        <w:t xml:space="preserve">Managed 47 dealers at Honda India Power Products Ltd. and </w:t>
      </w:r>
      <w:r w:rsidR="00310EBF">
        <w:t>25</w:t>
      </w:r>
      <w:r>
        <w:t xml:space="preserve"> dealers at Perfect House Pvt. Ltd.</w:t>
      </w:r>
    </w:p>
    <w:p w14:paraId="67E6BB85" w14:textId="0CDAB901" w:rsidR="00DD55C0" w:rsidRDefault="00295851">
      <w:pPr>
        <w:pStyle w:val="ListBullet"/>
        <w:spacing w:after="20"/>
        <w:ind w:left="288" w:hanging="173"/>
      </w:pPr>
      <w:r>
        <w:t xml:space="preserve">Generated monthly sales growth </w:t>
      </w:r>
    </w:p>
    <w:p w14:paraId="19B4D847" w14:textId="77777777" w:rsidR="00DD55C0" w:rsidRDefault="00295851">
      <w:pPr>
        <w:pStyle w:val="ListBullet"/>
        <w:spacing w:after="20"/>
        <w:ind w:left="288" w:hanging="173"/>
      </w:pPr>
      <w:r>
        <w:t>Received the Best Performer Award twice at Honda India Power Products Ltd.</w:t>
      </w:r>
    </w:p>
    <w:p w14:paraId="49D9D20A" w14:textId="77777777" w:rsidR="00DD55C0" w:rsidRDefault="00295851">
      <w:pPr>
        <w:pStyle w:val="ListBullet"/>
        <w:spacing w:after="20"/>
        <w:ind w:left="288" w:hanging="173"/>
      </w:pPr>
      <w:r>
        <w:t>Developed strong market coverage across Tamil Nadu.</w:t>
      </w:r>
    </w:p>
    <w:p w14:paraId="445BB6F4" w14:textId="77777777" w:rsidR="00DD55C0" w:rsidRDefault="00295851">
      <w:pPr>
        <w:pStyle w:val="ListBullet"/>
        <w:spacing w:after="20"/>
        <w:ind w:left="288" w:hanging="173"/>
      </w:pPr>
      <w:r>
        <w:t>Supported sales and demonstrations for agricultural equipment and portable generators.</w:t>
      </w:r>
    </w:p>
    <w:p w14:paraId="0D868902" w14:textId="77777777" w:rsidR="00DD55C0" w:rsidRDefault="00295851">
      <w:pPr>
        <w:pBdr>
          <w:bottom w:val="single" w:sz="6" w:space="1" w:color="1F4E79"/>
        </w:pBdr>
        <w:spacing w:before="160" w:after="60"/>
      </w:pPr>
      <w:r>
        <w:rPr>
          <w:b/>
          <w:color w:val="1F4E79"/>
          <w:sz w:val="22"/>
        </w:rPr>
        <w:t>EDUCATION</w:t>
      </w:r>
    </w:p>
    <w:p w14:paraId="7D42C772" w14:textId="77777777" w:rsidR="00DD55C0" w:rsidRDefault="00295851">
      <w:pPr>
        <w:spacing w:after="0"/>
      </w:pPr>
      <w:r>
        <w:rPr>
          <w:b/>
        </w:rPr>
        <w:t>Bachelor of Science in Mathematics with Computer Application</w:t>
      </w:r>
      <w:r>
        <w:br/>
        <w:t>Vivekananda College, Madurai | 2011</w:t>
      </w:r>
    </w:p>
    <w:p w14:paraId="05EA69B0" w14:textId="77777777" w:rsidR="00DD55C0" w:rsidRDefault="00295851">
      <w:pPr>
        <w:pBdr>
          <w:bottom w:val="single" w:sz="6" w:space="1" w:color="1F4E79"/>
        </w:pBdr>
        <w:spacing w:before="160" w:after="60"/>
      </w:pPr>
      <w:r>
        <w:rPr>
          <w:b/>
          <w:color w:val="1F4E79"/>
          <w:sz w:val="22"/>
        </w:rPr>
        <w:t>CORE SKILLS</w:t>
      </w:r>
    </w:p>
    <w:p w14:paraId="0CE52F6D" w14:textId="77777777" w:rsidR="00DD55C0" w:rsidRDefault="00295851">
      <w:pPr>
        <w:pStyle w:val="ListBullet"/>
        <w:spacing w:after="20"/>
        <w:ind w:left="288" w:hanging="173"/>
      </w:pPr>
      <w:r>
        <w:t>Sales and business development</w:t>
      </w:r>
    </w:p>
    <w:p w14:paraId="4F591BB3" w14:textId="77777777" w:rsidR="00DD55C0" w:rsidRDefault="00295851">
      <w:pPr>
        <w:pStyle w:val="ListBullet"/>
        <w:spacing w:after="20"/>
        <w:ind w:left="288" w:hanging="173"/>
      </w:pPr>
      <w:r>
        <w:t>Dealer appointment and network expansion</w:t>
      </w:r>
    </w:p>
    <w:p w14:paraId="28887739" w14:textId="77777777" w:rsidR="00DD55C0" w:rsidRDefault="00295851">
      <w:pPr>
        <w:pStyle w:val="ListBullet"/>
        <w:spacing w:after="20"/>
        <w:ind w:left="288" w:hanging="173"/>
      </w:pPr>
      <w:r>
        <w:t>Channel sales management</w:t>
      </w:r>
    </w:p>
    <w:p w14:paraId="16528D57" w14:textId="77777777" w:rsidR="00DD55C0" w:rsidRDefault="00295851">
      <w:pPr>
        <w:pStyle w:val="ListBullet"/>
        <w:spacing w:after="20"/>
        <w:ind w:left="288" w:hanging="173"/>
      </w:pPr>
      <w:r>
        <w:t>Territory management</w:t>
      </w:r>
    </w:p>
    <w:p w14:paraId="78050EF4" w14:textId="77777777" w:rsidR="00DD55C0" w:rsidRDefault="00295851">
      <w:pPr>
        <w:pStyle w:val="ListBullet"/>
        <w:spacing w:after="20"/>
        <w:ind w:left="288" w:hanging="173"/>
      </w:pPr>
      <w:r>
        <w:t>Agricultural equipment sales</w:t>
      </w:r>
    </w:p>
    <w:p w14:paraId="751BAA5D" w14:textId="77777777" w:rsidR="00DD55C0" w:rsidRDefault="00295851">
      <w:pPr>
        <w:pStyle w:val="ListBullet"/>
        <w:spacing w:after="20"/>
        <w:ind w:left="288" w:hanging="173"/>
      </w:pPr>
      <w:r>
        <w:t>Portable generator sales</w:t>
      </w:r>
    </w:p>
    <w:p w14:paraId="41639836" w14:textId="77777777" w:rsidR="00DD55C0" w:rsidRDefault="00295851">
      <w:pPr>
        <w:pStyle w:val="ListBullet"/>
        <w:spacing w:after="20"/>
        <w:ind w:left="288" w:hanging="173"/>
      </w:pPr>
      <w:r>
        <w:t>Product demonstration</w:t>
      </w:r>
    </w:p>
    <w:p w14:paraId="24D33526" w14:textId="77777777" w:rsidR="00DD55C0" w:rsidRDefault="00295851">
      <w:pPr>
        <w:pStyle w:val="ListBullet"/>
        <w:spacing w:after="20"/>
        <w:ind w:left="288" w:hanging="173"/>
      </w:pPr>
      <w:r>
        <w:t>Customer and dealer relationship management</w:t>
      </w:r>
    </w:p>
    <w:p w14:paraId="55AAAB00" w14:textId="77777777" w:rsidR="00DD55C0" w:rsidRDefault="00295851">
      <w:pPr>
        <w:pStyle w:val="ListBullet"/>
        <w:spacing w:after="20"/>
        <w:ind w:left="288" w:hanging="173"/>
      </w:pPr>
      <w:r>
        <w:t>Market development</w:t>
      </w:r>
    </w:p>
    <w:p w14:paraId="0F6F01AF" w14:textId="77777777" w:rsidR="00DD55C0" w:rsidRDefault="00295851">
      <w:pPr>
        <w:pStyle w:val="ListBullet"/>
        <w:spacing w:after="20"/>
        <w:ind w:left="288" w:hanging="173"/>
      </w:pPr>
      <w:r>
        <w:t>Sales presentations</w:t>
      </w:r>
    </w:p>
    <w:p w14:paraId="30A05285" w14:textId="77777777" w:rsidR="00DD55C0" w:rsidRDefault="00295851">
      <w:pPr>
        <w:pStyle w:val="ListBullet"/>
        <w:spacing w:after="20"/>
        <w:ind w:left="288" w:hanging="173"/>
      </w:pPr>
      <w:r>
        <w:t>Product knowledge</w:t>
      </w:r>
    </w:p>
    <w:p w14:paraId="118A77C9" w14:textId="77777777" w:rsidR="00DD55C0" w:rsidRDefault="00295851">
      <w:pPr>
        <w:pStyle w:val="ListBullet"/>
        <w:spacing w:after="20"/>
        <w:ind w:left="288" w:hanging="173"/>
      </w:pPr>
      <w:r>
        <w:t>Negotiation and communication</w:t>
      </w:r>
    </w:p>
    <w:p w14:paraId="082207BB" w14:textId="77777777" w:rsidR="00DD55C0" w:rsidRDefault="00295851">
      <w:pPr>
        <w:pStyle w:val="ListBullet"/>
        <w:spacing w:after="20"/>
        <w:ind w:left="288" w:hanging="173"/>
      </w:pPr>
      <w:r>
        <w:t>Sales target achievement</w:t>
      </w:r>
    </w:p>
    <w:p w14:paraId="1C8F3CC5" w14:textId="77777777" w:rsidR="00DD55C0" w:rsidRDefault="00295851">
      <w:pPr>
        <w:pStyle w:val="ListBullet"/>
        <w:spacing w:after="20"/>
        <w:ind w:left="288" w:hanging="173"/>
      </w:pPr>
      <w:r>
        <w:t>Team coordination</w:t>
      </w:r>
    </w:p>
    <w:p w14:paraId="3E1B0F02" w14:textId="08E894A8" w:rsidR="00DD55C0" w:rsidRDefault="0055135A">
      <w:pPr>
        <w:pStyle w:val="ListBullet"/>
        <w:spacing w:after="20"/>
        <w:ind w:left="288" w:hanging="173"/>
      </w:pPr>
      <w:r>
        <w:t>Agricultural subsidy business</w:t>
      </w:r>
    </w:p>
    <w:p w14:paraId="2F1B9778" w14:textId="77777777" w:rsidR="00DD55C0" w:rsidRDefault="00295851">
      <w:pPr>
        <w:pBdr>
          <w:bottom w:val="single" w:sz="6" w:space="1" w:color="1F4E79"/>
        </w:pBdr>
        <w:spacing w:before="160" w:after="60"/>
      </w:pPr>
      <w:r>
        <w:rPr>
          <w:b/>
          <w:color w:val="1F4E79"/>
          <w:sz w:val="22"/>
        </w:rPr>
        <w:t>COMPUTER SKILLS</w:t>
      </w:r>
    </w:p>
    <w:p w14:paraId="508EA4F8" w14:textId="77777777" w:rsidR="00DD55C0" w:rsidRDefault="00295851">
      <w:pPr>
        <w:pStyle w:val="ListBullet"/>
        <w:spacing w:after="20"/>
        <w:ind w:left="288" w:hanging="173"/>
      </w:pPr>
      <w:r>
        <w:t>Microsoft Word</w:t>
      </w:r>
    </w:p>
    <w:p w14:paraId="0B5B97C9" w14:textId="77777777" w:rsidR="00DD55C0" w:rsidRDefault="00295851">
      <w:pPr>
        <w:pStyle w:val="ListBullet"/>
        <w:spacing w:after="20"/>
        <w:ind w:left="288" w:hanging="173"/>
      </w:pPr>
      <w:r>
        <w:t>Microsoft Excel</w:t>
      </w:r>
    </w:p>
    <w:p w14:paraId="53DABDC1" w14:textId="77777777" w:rsidR="00DD55C0" w:rsidRDefault="00295851">
      <w:pPr>
        <w:pStyle w:val="ListBullet"/>
        <w:spacing w:after="20"/>
        <w:ind w:left="288" w:hanging="173"/>
      </w:pPr>
      <w:r>
        <w:t>Microsoft PowerPoint</w:t>
      </w:r>
    </w:p>
    <w:p w14:paraId="09AE76C0" w14:textId="77777777" w:rsidR="00DD55C0" w:rsidRDefault="00295851">
      <w:pPr>
        <w:pStyle w:val="ListBullet"/>
        <w:spacing w:after="20"/>
        <w:ind w:left="288" w:hanging="173"/>
      </w:pPr>
      <w:r>
        <w:t>Email and internet applications</w:t>
      </w:r>
    </w:p>
    <w:p w14:paraId="050E4ADE" w14:textId="77777777" w:rsidR="00DD55C0" w:rsidRDefault="00295851">
      <w:pPr>
        <w:pStyle w:val="ListBullet"/>
        <w:spacing w:after="20"/>
        <w:ind w:left="288" w:hanging="173"/>
      </w:pPr>
      <w:r>
        <w:t>Sales reporting and basic data management</w:t>
      </w:r>
    </w:p>
    <w:p w14:paraId="105AD316" w14:textId="77777777" w:rsidR="00DD55C0" w:rsidRDefault="00295851">
      <w:pPr>
        <w:pBdr>
          <w:bottom w:val="single" w:sz="6" w:space="1" w:color="1F4E79"/>
        </w:pBdr>
        <w:spacing w:before="160" w:after="60"/>
      </w:pPr>
      <w:r>
        <w:rPr>
          <w:b/>
          <w:color w:val="1F4E79"/>
          <w:sz w:val="22"/>
        </w:rPr>
        <w:t>LANGUAGES</w:t>
      </w:r>
    </w:p>
    <w:p w14:paraId="07609B75" w14:textId="77777777" w:rsidR="00DD55C0" w:rsidRDefault="00295851">
      <w:pPr>
        <w:spacing w:after="40"/>
      </w:pPr>
      <w:r>
        <w:t>Tamil | English</w:t>
      </w:r>
    </w:p>
    <w:p w14:paraId="20388E47" w14:textId="77777777" w:rsidR="00DD55C0" w:rsidRDefault="00295851">
      <w:pPr>
        <w:pBdr>
          <w:bottom w:val="single" w:sz="6" w:space="1" w:color="1F4E79"/>
        </w:pBdr>
        <w:spacing w:before="160" w:after="60"/>
      </w:pPr>
      <w:r>
        <w:rPr>
          <w:b/>
          <w:color w:val="1F4E79"/>
          <w:sz w:val="22"/>
        </w:rPr>
        <w:t>ADDITIONAL INFORMATION</w:t>
      </w:r>
    </w:p>
    <w:p w14:paraId="34B70B2B" w14:textId="77777777" w:rsidR="00DD55C0" w:rsidRDefault="00295851">
      <w:pPr>
        <w:pStyle w:val="ListBullet"/>
        <w:spacing w:after="20"/>
        <w:ind w:left="288" w:hanging="173"/>
      </w:pPr>
      <w:r>
        <w:t>Total experience: 10 years</w:t>
      </w:r>
    </w:p>
    <w:p w14:paraId="6D342E23" w14:textId="77777777" w:rsidR="00DD55C0" w:rsidRDefault="00295851">
      <w:pPr>
        <w:pStyle w:val="ListBullet"/>
        <w:spacing w:after="20"/>
        <w:ind w:left="288" w:hanging="173"/>
      </w:pPr>
      <w:r>
        <w:t>Territory covered: Tamil Nadu</w:t>
      </w:r>
    </w:p>
    <w:p w14:paraId="05DAD36E" w14:textId="77777777" w:rsidR="00DD55C0" w:rsidRDefault="00295851">
      <w:pPr>
        <w:pStyle w:val="ListBullet"/>
        <w:spacing w:after="20"/>
        <w:ind w:left="288" w:hanging="173"/>
      </w:pPr>
      <w:r>
        <w:t>Products handled: Agricultural equipment and portable generators</w:t>
      </w:r>
    </w:p>
    <w:p w14:paraId="36EDC6DA" w14:textId="03351294" w:rsidR="00DD55C0" w:rsidRDefault="00295851">
      <w:pPr>
        <w:pStyle w:val="ListBullet"/>
        <w:spacing w:after="20"/>
        <w:ind w:left="288" w:hanging="173"/>
      </w:pPr>
      <w:r>
        <w:t>Dealers managed: 47 at Honda India Power Products</w:t>
      </w:r>
      <w:r w:rsidR="0055135A">
        <w:t xml:space="preserve"> Ltd</w:t>
      </w:r>
      <w:r>
        <w:t>; 18 at Perfect House</w:t>
      </w:r>
      <w:r w:rsidR="0055135A">
        <w:t xml:space="preserve"> Pvt Ltd</w:t>
      </w:r>
    </w:p>
    <w:p w14:paraId="5AF27342" w14:textId="77777777" w:rsidR="00DD55C0" w:rsidRDefault="00295851">
      <w:pPr>
        <w:pStyle w:val="ListBullet"/>
        <w:spacing w:after="20"/>
        <w:ind w:left="288" w:hanging="173"/>
      </w:pPr>
      <w:r>
        <w:t>Notice period: 1 month</w:t>
      </w:r>
    </w:p>
    <w:p w14:paraId="223C918E" w14:textId="77777777" w:rsidR="00DD55C0" w:rsidRDefault="00295851">
      <w:pPr>
        <w:pBdr>
          <w:bottom w:val="single" w:sz="6" w:space="1" w:color="1F4E79"/>
        </w:pBdr>
        <w:spacing w:before="160" w:after="60"/>
      </w:pPr>
      <w:r>
        <w:rPr>
          <w:b/>
          <w:color w:val="1F4E79"/>
          <w:sz w:val="22"/>
        </w:rPr>
        <w:t>DECLARATION</w:t>
      </w:r>
    </w:p>
    <w:p w14:paraId="08A8C19E" w14:textId="77777777" w:rsidR="00DD55C0" w:rsidRDefault="00295851">
      <w:pPr>
        <w:spacing w:after="240"/>
      </w:pPr>
      <w:r>
        <w:t>I hereby declare that the information provided above is true and correct to the best of my knowledge.</w:t>
      </w:r>
    </w:p>
    <w:p w14:paraId="4D187362" w14:textId="77777777" w:rsidR="00DD55C0" w:rsidRDefault="00295851">
      <w:pPr>
        <w:spacing w:after="0"/>
      </w:pPr>
      <w:r>
        <w:t>Place: Dindigul</w:t>
      </w:r>
      <w:r>
        <w:br/>
        <w:t>Date: ____________</w:t>
      </w:r>
      <w:r>
        <w:br/>
      </w:r>
      <w:r>
        <w:br/>
        <w:t>THULASIRAMAN S</w:t>
      </w:r>
    </w:p>
    <w:sectPr w:rsidR="00DD55C0"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atha">
    <w:panose1 w:val="020B0604020202020204"/>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1878743">
    <w:abstractNumId w:val="8"/>
  </w:num>
  <w:num w:numId="2" w16cid:durableId="592973938">
    <w:abstractNumId w:val="6"/>
  </w:num>
  <w:num w:numId="3" w16cid:durableId="569119199">
    <w:abstractNumId w:val="5"/>
  </w:num>
  <w:num w:numId="4" w16cid:durableId="589892327">
    <w:abstractNumId w:val="4"/>
  </w:num>
  <w:num w:numId="5" w16cid:durableId="1003627466">
    <w:abstractNumId w:val="7"/>
  </w:num>
  <w:num w:numId="6" w16cid:durableId="1687369513">
    <w:abstractNumId w:val="3"/>
  </w:num>
  <w:num w:numId="7" w16cid:durableId="316762494">
    <w:abstractNumId w:val="2"/>
  </w:num>
  <w:num w:numId="8" w16cid:durableId="2119906206">
    <w:abstractNumId w:val="1"/>
  </w:num>
  <w:num w:numId="9" w16cid:durableId="1083531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7"/>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5851"/>
    <w:rsid w:val="0029639D"/>
    <w:rsid w:val="00310EBF"/>
    <w:rsid w:val="00326F90"/>
    <w:rsid w:val="0055135A"/>
    <w:rsid w:val="00AA1D8D"/>
    <w:rsid w:val="00AC3300"/>
    <w:rsid w:val="00B47730"/>
    <w:rsid w:val="00CB0664"/>
    <w:rsid w:val="00CE1A07"/>
    <w:rsid w:val="00D83FD1"/>
    <w:rsid w:val="00DD55C0"/>
    <w:rsid w:val="00E45F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026AE9"/>
  <w14:defaultImageDpi w14:val="300"/>
  <w15:docId w15:val="{28CBA06C-72FE-4B34-8646-49C5DF478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thilsay.s@gmail.com</cp:lastModifiedBy>
  <cp:revision>2</cp:revision>
  <dcterms:created xsi:type="dcterms:W3CDTF">2026-09-19T05:28:00Z</dcterms:created>
  <dcterms:modified xsi:type="dcterms:W3CDTF">2026-09-19T05:28:00Z</dcterms:modified>
  <cp:category/>
</cp:coreProperties>
</file>